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A119E" w14:textId="77777777" w:rsidR="00631EDC" w:rsidRDefault="00000000">
      <w:pPr>
        <w:jc w:val="center"/>
        <w:rPr>
          <w:rFonts w:hint="eastAsia"/>
        </w:rPr>
      </w:pPr>
      <w:r>
        <w:rPr>
          <w:noProof/>
        </w:rPr>
        <w:drawing>
          <wp:inline distT="0" distB="0" distL="0" distR="0" wp14:anchorId="4C4A1918" wp14:editId="51B18C81">
            <wp:extent cx="1463040" cy="10334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2308987.png"/>
                    <pic:cNvPicPr/>
                  </pic:nvPicPr>
                  <pic:blipFill>
                    <a:blip r:embed="rId6"/>
                    <a:stretch>
                      <a:fillRect/>
                    </a:stretch>
                  </pic:blipFill>
                  <pic:spPr>
                    <a:xfrm>
                      <a:off x="0" y="0"/>
                      <a:ext cx="1463040" cy="1033462"/>
                    </a:xfrm>
                    <a:prstGeom prst="rect">
                      <a:avLst/>
                    </a:prstGeom>
                  </pic:spPr>
                </pic:pic>
              </a:graphicData>
            </a:graphic>
          </wp:inline>
        </w:drawing>
      </w:r>
    </w:p>
    <w:p w14:paraId="5792DBB9" w14:textId="77777777" w:rsidR="00631EDC" w:rsidRDefault="00000000">
      <w:pPr>
        <w:jc w:val="both"/>
        <w:rPr>
          <w:rFonts w:hint="eastAsia"/>
        </w:rPr>
      </w:pPr>
      <w:r>
        <w:rPr>
          <w:b/>
          <w:color w:val="16553E"/>
          <w:sz w:val="26"/>
        </w:rPr>
        <w:t>CARTA DE APRESENTAÇÃO E RECOMENDAÇÃO DE ATLETA ESTREANTE</w:t>
      </w:r>
    </w:p>
    <w:p w14:paraId="380435AE" w14:textId="77777777" w:rsidR="00631EDC" w:rsidRDefault="00000000">
      <w:pPr>
        <w:jc w:val="both"/>
        <w:rPr>
          <w:rFonts w:hint="eastAsia"/>
        </w:rPr>
      </w:pPr>
      <w:r>
        <w:rPr>
          <w:b/>
        </w:rPr>
        <w:t>MOLOKABRA DOWNWIND 2027  |  9ª EDIÇÃO</w:t>
      </w:r>
    </w:p>
    <w:p w14:paraId="148C1627" w14:textId="77777777" w:rsidR="00631EDC" w:rsidRDefault="00000000">
      <w:pPr>
        <w:jc w:val="both"/>
        <w:rPr>
          <w:rFonts w:hint="eastAsia"/>
        </w:rPr>
      </w:pPr>
      <w:r>
        <w:t>À Comissão Organizadora do MolokaBRA Downwind 2027,</w:t>
      </w:r>
    </w:p>
    <w:p w14:paraId="5D3A83A6" w14:textId="5B4520D9" w:rsidR="00631EDC" w:rsidRDefault="00000000">
      <w:pPr>
        <w:jc w:val="both"/>
        <w:rPr>
          <w:rFonts w:hint="eastAsia"/>
        </w:rPr>
      </w:pPr>
      <w:r>
        <w:t xml:space="preserve">Eu, ____________________________________________________, na qualidade de (  ) treinador(a) de reconhecida competência pública  (  </w:t>
      </w:r>
      <w:r w:rsidR="00910E58">
        <w:t xml:space="preserve">  </w:t>
      </w:r>
      <w:r>
        <w:t>) coordenador(a) de base de remo/canoagem e participante veterano(a) do MolokaBRA, apresento e recomendo o(a) atleta abaixo identificado(a) para avaliação de sua participação como estreante no evento.</w:t>
      </w:r>
    </w:p>
    <w:p w14:paraId="28D95AF6" w14:textId="77777777" w:rsidR="00631EDC" w:rsidRDefault="00000000">
      <w:pPr>
        <w:spacing w:before="80"/>
        <w:jc w:val="both"/>
        <w:rPr>
          <w:rFonts w:hint="eastAsia"/>
        </w:rPr>
      </w:pPr>
      <w:r>
        <w:rPr>
          <w:b/>
          <w:color w:val="166446"/>
        </w:rPr>
        <w:t>1. IDENTIFICAÇÃO DO(A) ATLETA</w:t>
      </w:r>
    </w:p>
    <w:p w14:paraId="3583592C" w14:textId="1BFB2B67" w:rsidR="00631EDC" w:rsidRDefault="00000000">
      <w:pPr>
        <w:jc w:val="both"/>
        <w:rPr>
          <w:rFonts w:hint="eastAsia"/>
        </w:rPr>
      </w:pPr>
      <w:r>
        <w:t>Nome completo: ____________________________________________________</w:t>
      </w:r>
    </w:p>
    <w:p w14:paraId="0B00C39B" w14:textId="42C18EE6" w:rsidR="00631EDC" w:rsidRDefault="00000000">
      <w:pPr>
        <w:jc w:val="both"/>
        <w:rPr>
          <w:rFonts w:hint="eastAsia"/>
        </w:rPr>
      </w:pPr>
      <w:r>
        <w:t>Idade</w:t>
      </w:r>
      <w:r w:rsidR="00B625D5">
        <w:t>:</w:t>
      </w:r>
      <w:r>
        <w:t>__________Cidade/UF: ________________________</w:t>
      </w:r>
      <w:r w:rsidR="00B625D5">
        <w:t>_</w:t>
      </w:r>
    </w:p>
    <w:p w14:paraId="375CC3E3" w14:textId="3E01D76D" w:rsidR="00631EDC" w:rsidRDefault="00000000">
      <w:pPr>
        <w:jc w:val="both"/>
        <w:rPr>
          <w:rFonts w:hint="eastAsia"/>
        </w:rPr>
      </w:pPr>
      <w:r>
        <w:t>Modalidade / tipo de embarcação: ______________________________________________</w:t>
      </w:r>
      <w:r w:rsidR="00B625D5">
        <w:t>______</w:t>
      </w:r>
    </w:p>
    <w:p w14:paraId="7CD3A63D" w14:textId="1B984DBE" w:rsidR="00631EDC" w:rsidRDefault="00000000">
      <w:pPr>
        <w:jc w:val="both"/>
        <w:rPr>
          <w:rFonts w:hint="eastAsia"/>
        </w:rPr>
      </w:pPr>
      <w:r>
        <w:t>Base, clube ou equipe: ____________________________________________________</w:t>
      </w:r>
    </w:p>
    <w:p w14:paraId="5E9D7D00" w14:textId="2D6DFAB2" w:rsidR="00631EDC" w:rsidRDefault="00000000">
      <w:pPr>
        <w:spacing w:before="80"/>
        <w:jc w:val="both"/>
        <w:rPr>
          <w:rFonts w:hint="eastAsia"/>
        </w:rPr>
      </w:pPr>
      <w:r>
        <w:rPr>
          <w:b/>
          <w:color w:val="166446"/>
        </w:rPr>
        <w:t>2. HISTÓRICO ESPORTIVO RESUMIDO</w:t>
      </w:r>
      <w:r w:rsidR="003D7A9A">
        <w:rPr>
          <w:b/>
          <w:color w:val="166446"/>
        </w:rPr>
        <w:t xml:space="preserve"> DO ATLETA:</w:t>
      </w:r>
    </w:p>
    <w:p w14:paraId="1A85DE3A" w14:textId="328BA483" w:rsidR="00631EDC" w:rsidRDefault="00000000" w:rsidP="00F626EE">
      <w:pPr>
        <w:jc w:val="both"/>
      </w:pPr>
      <w:r>
        <w:t>Tempo de prática, principais experiências em mar aberto, provas e travessias, distâncias percorridas, resultados relevantes e rotina de treinamento:</w:t>
      </w:r>
      <w:r w:rsidR="00F626EE">
        <w:t xml:space="preserve"> </w:t>
      </w:r>
    </w:p>
    <w:p w14:paraId="6BE9805F" w14:textId="10965331" w:rsidR="00F626EE" w:rsidRDefault="00F626EE" w:rsidP="00F626EE">
      <w:pPr>
        <w:jc w:val="both"/>
        <w:rPr>
          <w:rFonts w:hint="eastAsia"/>
        </w:rPr>
      </w:pPr>
      <w:r>
        <w:t>_______________________________________________________________________________________________________</w:t>
      </w:r>
      <w:r w:rsidR="003D7A9A">
        <w:t>_________________________________________________________________________________________________________</w:t>
      </w:r>
    </w:p>
    <w:p w14:paraId="1CAB1530" w14:textId="77777777" w:rsidR="00631EDC" w:rsidRDefault="00000000">
      <w:pPr>
        <w:spacing w:before="80"/>
        <w:jc w:val="both"/>
        <w:rPr>
          <w:rFonts w:hint="eastAsia"/>
        </w:rPr>
      </w:pPr>
      <w:r>
        <w:rPr>
          <w:b/>
          <w:color w:val="166446"/>
        </w:rPr>
        <w:t>3. FUNDAMENTAÇÃO DA RECOMENDAÇÃO</w:t>
      </w:r>
    </w:p>
    <w:p w14:paraId="5726760B" w14:textId="24264BA9" w:rsidR="00137D6B" w:rsidRDefault="00000000" w:rsidP="00137D6B">
      <w:pPr>
        <w:jc w:val="both"/>
        <w:rPr>
          <w:rFonts w:hint="eastAsia"/>
        </w:rPr>
      </w:pPr>
      <w:r>
        <w:t xml:space="preserve">Descrever, com exemplos concretos, a experiência e a autonomia do(a) atleta; domínio técnico; preparo físico; e tomada de decisão; uso de equipamentos de segurança; e capacidade de seguir protocolos e </w:t>
      </w:r>
      <w:r w:rsidR="00BF5951">
        <w:t>normas das competiçõesque participou:</w:t>
      </w:r>
    </w:p>
    <w:p w14:paraId="1451E0B5" w14:textId="02AECFD6" w:rsidR="00137D6B" w:rsidRDefault="00F14F60">
      <w:pPr>
        <w:spacing w:before="80"/>
        <w:jc w:val="both"/>
        <w:rPr>
          <w:b/>
          <w:color w:val="166446"/>
        </w:rPr>
      </w:pPr>
      <w:r>
        <w:rPr>
          <w:b/>
          <w:color w:val="166446"/>
        </w:rPr>
        <w:t>________________________________________________________________________________________________________________________________________________________________________________________________________________</w:t>
      </w:r>
    </w:p>
    <w:p w14:paraId="39552D8E" w14:textId="77777777" w:rsidR="00137D6B" w:rsidRDefault="00137D6B">
      <w:pPr>
        <w:spacing w:before="80"/>
        <w:jc w:val="both"/>
        <w:rPr>
          <w:b/>
          <w:color w:val="166446"/>
        </w:rPr>
      </w:pPr>
    </w:p>
    <w:p w14:paraId="415765DA" w14:textId="7253CFA5" w:rsidR="00631EDC" w:rsidRDefault="00000000">
      <w:pPr>
        <w:spacing w:before="80"/>
        <w:jc w:val="both"/>
        <w:rPr>
          <w:rFonts w:hint="eastAsia"/>
        </w:rPr>
      </w:pPr>
      <w:r>
        <w:rPr>
          <w:b/>
          <w:color w:val="166446"/>
        </w:rPr>
        <w:t>4. DECLARAÇÃO DO(A) RESPONSÁVEL PELA INDICAÇÃO</w:t>
      </w:r>
    </w:p>
    <w:p w14:paraId="50EB29F8" w14:textId="77777777" w:rsidR="00631EDC" w:rsidRDefault="00000000">
      <w:pPr>
        <w:jc w:val="both"/>
        <w:rPr>
          <w:rFonts w:hint="eastAsia"/>
        </w:rPr>
      </w:pPr>
      <w:r>
        <w:t>Declaro que conheço a trajetória esportiva do(a) atleta, que as informações prestadas são verdadeiras segundo meu conhecimento e que, com base na experiência observada, considero sua candidatura tecnicamente recomendável para análise pela organização do MolokaBRA 2027. Estou ciente de que esta carta não garante inscrição, habilitação ou autorização de largada, as quais dependem do cumprimento integral dos critérios, documentos e protocolos de segurança definidos pela organização.</w:t>
      </w:r>
    </w:p>
    <w:p w14:paraId="68B5FDC3" w14:textId="77777777" w:rsidR="00631EDC" w:rsidRDefault="00000000">
      <w:pPr>
        <w:spacing w:before="80"/>
        <w:jc w:val="both"/>
        <w:rPr>
          <w:rFonts w:hint="eastAsia"/>
        </w:rPr>
      </w:pPr>
      <w:r>
        <w:rPr>
          <w:b/>
          <w:color w:val="166446"/>
        </w:rPr>
        <w:t>5. IDENTIFICAÇÃO E ASSINATURA DO(A) RECOMENDANTE</w:t>
      </w:r>
    </w:p>
    <w:p w14:paraId="28D5068C" w14:textId="29B01FC2" w:rsidR="00631EDC" w:rsidRDefault="00000000">
      <w:pPr>
        <w:jc w:val="both"/>
        <w:rPr>
          <w:rFonts w:hint="eastAsia"/>
        </w:rPr>
      </w:pPr>
      <w:r>
        <w:t>Nome: ____________________________________________________</w:t>
      </w:r>
    </w:p>
    <w:p w14:paraId="0F68E122" w14:textId="368C4000" w:rsidR="00631EDC" w:rsidRDefault="00000000">
      <w:pPr>
        <w:jc w:val="both"/>
        <w:rPr>
          <w:rFonts w:hint="eastAsia"/>
        </w:rPr>
      </w:pPr>
      <w:r>
        <w:t>Cargo / qualificação: ____________________________________________________</w:t>
      </w:r>
    </w:p>
    <w:p w14:paraId="459198A3" w14:textId="7771B301" w:rsidR="00631EDC" w:rsidRDefault="00000000">
      <w:pPr>
        <w:jc w:val="both"/>
        <w:rPr>
          <w:rFonts w:hint="eastAsia"/>
        </w:rPr>
      </w:pPr>
      <w:r>
        <w:t>Clube / base / instituição: ____________________________________________________</w:t>
      </w:r>
    </w:p>
    <w:p w14:paraId="7D998365" w14:textId="77777777" w:rsidR="00631EDC" w:rsidRDefault="00000000">
      <w:pPr>
        <w:jc w:val="both"/>
        <w:rPr>
          <w:rFonts w:hint="eastAsia"/>
        </w:rPr>
      </w:pPr>
      <w:r>
        <w:t>Minhas participações anteriores no MolokaBRA (citar as edições/anos):</w:t>
      </w:r>
    </w:p>
    <w:p w14:paraId="0552C643" w14:textId="77777777" w:rsidR="00631EDC" w:rsidRDefault="00631EDC">
      <w:pPr>
        <w:pBdr>
          <w:bottom w:val="single" w:sz="5" w:space="0" w:color="AAB4BB"/>
        </w:pBdr>
        <w:spacing w:after="100"/>
        <w:rPr>
          <w:rFonts w:hint="eastAsia"/>
        </w:rPr>
      </w:pPr>
    </w:p>
    <w:p w14:paraId="538CA286" w14:textId="77777777" w:rsidR="00631EDC" w:rsidRDefault="00000000">
      <w:pPr>
        <w:jc w:val="both"/>
        <w:rPr>
          <w:rFonts w:hint="eastAsia"/>
        </w:rPr>
      </w:pPr>
      <w:r>
        <w:t>Contato (telefone e e-mail): ____________________________________________________</w:t>
      </w:r>
    </w:p>
    <w:p w14:paraId="45D69B50" w14:textId="5EF94072" w:rsidR="00377804" w:rsidRDefault="00000000">
      <w:pPr>
        <w:jc w:val="both"/>
      </w:pPr>
      <w:r>
        <w:t>Cidade/UF: ___________________________________</w:t>
      </w:r>
      <w:r w:rsidR="00377804">
        <w:t>______</w:t>
      </w:r>
    </w:p>
    <w:p w14:paraId="5543D2A2" w14:textId="66FE5382" w:rsidR="00631EDC" w:rsidRDefault="00000000">
      <w:pPr>
        <w:jc w:val="both"/>
        <w:rPr>
          <w:rFonts w:hint="eastAsia"/>
        </w:rPr>
      </w:pPr>
      <w:r>
        <w:t>Data: ______ / ______ / ________</w:t>
      </w:r>
    </w:p>
    <w:p w14:paraId="25F47688" w14:textId="77777777" w:rsidR="00631EDC" w:rsidRDefault="00631EDC">
      <w:pPr>
        <w:pBdr>
          <w:bottom w:val="single" w:sz="5" w:space="0" w:color="AAB4BB"/>
        </w:pBdr>
        <w:spacing w:after="160" w:line="288" w:lineRule="auto"/>
        <w:jc w:val="both"/>
        <w:rPr>
          <w:rFonts w:hint="eastAsia"/>
        </w:rPr>
      </w:pPr>
    </w:p>
    <w:p w14:paraId="2E74058A" w14:textId="77777777" w:rsidR="00631EDC" w:rsidRDefault="00000000">
      <w:pPr>
        <w:jc w:val="both"/>
        <w:rPr>
          <w:rFonts w:hint="eastAsia"/>
        </w:rPr>
      </w:pPr>
      <w:r>
        <w:t>Assinatura do(a) treinador(a) ou coordenador(a) de base</w:t>
      </w:r>
    </w:p>
    <w:p w14:paraId="34055993" w14:textId="1401B750" w:rsidR="00631EDC" w:rsidRDefault="00000000">
      <w:pPr>
        <w:jc w:val="both"/>
        <w:rPr>
          <w:rFonts w:hint="eastAsia"/>
        </w:rPr>
      </w:pPr>
      <w:r>
        <w:rPr>
          <w:i/>
          <w:sz w:val="16"/>
        </w:rPr>
        <w:t>Documento sujeito à verificação pela organização. Recomenda-se anexar,</w:t>
      </w:r>
      <w:r w:rsidR="00377804">
        <w:rPr>
          <w:i/>
          <w:sz w:val="16"/>
        </w:rPr>
        <w:t xml:space="preserve"> se considerar pertinente ou necessário, </w:t>
      </w:r>
      <w:r>
        <w:rPr>
          <w:i/>
          <w:sz w:val="16"/>
        </w:rPr>
        <w:t>quando disponíveis, registros de provas, treinos ou travessias que sustentem a indicação</w:t>
      </w:r>
      <w:r w:rsidR="002A2C06">
        <w:rPr>
          <w:i/>
          <w:sz w:val="16"/>
        </w:rPr>
        <w:t xml:space="preserve"> do atleta estreante. </w:t>
      </w:r>
    </w:p>
    <w:sectPr w:rsidR="00631EDC" w:rsidSect="00034616">
      <w:pgSz w:w="12240" w:h="15840"/>
      <w:pgMar w:top="936"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683554700">
    <w:abstractNumId w:val="8"/>
  </w:num>
  <w:num w:numId="2" w16cid:durableId="1224440338">
    <w:abstractNumId w:val="6"/>
  </w:num>
  <w:num w:numId="3" w16cid:durableId="41828825">
    <w:abstractNumId w:val="5"/>
  </w:num>
  <w:num w:numId="4" w16cid:durableId="867178945">
    <w:abstractNumId w:val="4"/>
  </w:num>
  <w:num w:numId="5" w16cid:durableId="1916469789">
    <w:abstractNumId w:val="7"/>
  </w:num>
  <w:num w:numId="6" w16cid:durableId="1317146184">
    <w:abstractNumId w:val="3"/>
  </w:num>
  <w:num w:numId="7" w16cid:durableId="1005935373">
    <w:abstractNumId w:val="2"/>
  </w:num>
  <w:num w:numId="8" w16cid:durableId="477380875">
    <w:abstractNumId w:val="1"/>
  </w:num>
  <w:num w:numId="9" w16cid:durableId="306321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2"/>
  <w:proofState w:spelling="clean"/>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7D6B"/>
    <w:rsid w:val="0015074B"/>
    <w:rsid w:val="0029639D"/>
    <w:rsid w:val="002A2C06"/>
    <w:rsid w:val="00326F90"/>
    <w:rsid w:val="00377804"/>
    <w:rsid w:val="003D7A9A"/>
    <w:rsid w:val="00434E6C"/>
    <w:rsid w:val="00631EDC"/>
    <w:rsid w:val="006344CB"/>
    <w:rsid w:val="00851C8F"/>
    <w:rsid w:val="00852437"/>
    <w:rsid w:val="00910E58"/>
    <w:rsid w:val="00AA1D8D"/>
    <w:rsid w:val="00B47730"/>
    <w:rsid w:val="00B625D5"/>
    <w:rsid w:val="00BF5951"/>
    <w:rsid w:val="00CB0664"/>
    <w:rsid w:val="00F14F60"/>
    <w:rsid w:val="00F626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A609CD"/>
  <w14:defaultImageDpi w14:val="300"/>
  <w15:docId w15:val="{C95429CF-CAC4-4340-8D0C-405A0E54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ptos" w:hAnsi="Aptos"/>
      <w:sz w:val="18"/>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png"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467</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5585999953158</cp:lastModifiedBy>
  <cp:revision>13</cp:revision>
  <dcterms:created xsi:type="dcterms:W3CDTF">2013-12-23T23:15:00Z</dcterms:created>
  <dcterms:modified xsi:type="dcterms:W3CDTF">2026-10-30T18:25:00Z</dcterms:modified>
  <cp:category/>
</cp:coreProperties>
</file>